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222222"/>
          <w:sz w:val="52"/>
        </w:rPr>
        <w:t>JAMES KELLEY</w:t>
      </w:r>
    </w:p>
    <w:p>
      <w:pPr>
        <w:spacing w:after="60"/>
      </w:pPr>
      <w:r>
        <w:rPr>
          <w:b w:val="0"/>
          <w:color w:val="2E78C2"/>
          <w:sz w:val="22"/>
        </w:rPr>
        <w:t>Senior DevOps Engineer  |  Cloud Infrastructure  |  Financial Services Operations</w:t>
      </w:r>
    </w:p>
    <w:p>
      <w:pPr>
        <w:spacing w:after="160"/>
        <w:pBdr>
          <w:bottom w:val="single" w:sz="4" w:space="1" w:color="CCCCCC"/>
        </w:pBdr>
      </w:pPr>
      <w:r>
        <w:rPr>
          <w:b w:val="0"/>
          <w:color w:val="555555"/>
          <w:sz w:val="17"/>
        </w:rPr>
        <w:t>jkkelley86@proton.me  |  linkedin.com/in/james-kelley-6bab43212  |  jkkelley.com  |  Twin Cities, MN</w:t>
      </w:r>
    </w:p>
    <w:p>
      <w:pPr>
        <w:spacing w:before="140" w:after="60"/>
        <w:pBdr>
          <w:bottom w:val="single" w:sz="4" w:space="1" w:color="2E78C2"/>
        </w:pBdr>
      </w:pPr>
      <w:r>
        <w:rPr>
          <w:b/>
          <w:color w:val="2E78C2"/>
          <w:sz w:val="20"/>
        </w:rPr>
        <w:t>SUMMARY</w:t>
      </w:r>
    </w:p>
    <w:p>
      <w:pPr>
        <w:spacing w:after="80"/>
      </w:pPr>
      <w:r>
        <w:rPr>
          <w:b w:val="0"/>
          <w:color w:val="222222"/>
          <w:sz w:val="19"/>
        </w:rPr>
        <w:t>Senior DevOps Engineer with 5+ years running production AWS infrastructure for banking and financial services platforms. Hands-on background covering multi-region DR, ECS container operations, RDS administration, and SOC-2 governance across a multi-account AWS organization. Strong in modular Terraform, CloudWatch/ELK observability, and CI/CD pipeline delivery. AWS Certified Solutions Architect - Professional. Currently extending that infrastructure practice into AI workloads - building and shipping LLM-powered services to Kubernetes using the same GitOps and cost-governance discipline.</w:t>
      </w:r>
    </w:p>
    <w:p>
      <w:pPr>
        <w:spacing w:before="140" w:after="60"/>
        <w:pBdr>
          <w:bottom w:val="single" w:sz="4" w:space="1" w:color="2E78C2"/>
        </w:pBdr>
      </w:pPr>
      <w:r>
        <w:rPr>
          <w:b/>
          <w:color w:val="2E78C2"/>
          <w:sz w:val="20"/>
        </w:rPr>
        <w:t>SKILLS</w:t>
      </w:r>
    </w:p>
    <w:p>
      <w:pPr>
        <w:spacing w:after="40"/>
      </w:pPr>
      <w:r>
        <w:rPr>
          <w:b/>
          <w:color w:val="222222"/>
          <w:sz w:val="18"/>
        </w:rPr>
        <w:t xml:space="preserve">DevOps Tools:  </w:t>
      </w:r>
      <w:r>
        <w:rPr>
          <w:b w:val="0"/>
          <w:color w:val="222222"/>
          <w:sz w:val="18"/>
        </w:rPr>
        <w:t>Terraform, Docker, Ansible, SaltStack, Jira, Confluence, Kubernetes, Helm, Wiz, ArgoCD</w:t>
      </w:r>
    </w:p>
    <w:p>
      <w:pPr>
        <w:spacing w:after="40"/>
      </w:pPr>
      <w:r>
        <w:rPr>
          <w:b/>
          <w:color w:val="222222"/>
          <w:sz w:val="18"/>
        </w:rPr>
        <w:t xml:space="preserve">Clouds:  </w:t>
      </w:r>
      <w:r>
        <w:rPr>
          <w:b w:val="0"/>
          <w:color w:val="222222"/>
          <w:sz w:val="18"/>
        </w:rPr>
        <w:t>AWS, Azure</w:t>
      </w:r>
    </w:p>
    <w:p>
      <w:pPr>
        <w:spacing w:after="40"/>
      </w:pPr>
      <w:r>
        <w:rPr>
          <w:b/>
          <w:color w:val="222222"/>
          <w:sz w:val="18"/>
        </w:rPr>
        <w:t xml:space="preserve">CI/CD &amp; Version Control:  </w:t>
      </w:r>
      <w:r>
        <w:rPr>
          <w:b w:val="0"/>
          <w:color w:val="222222"/>
          <w:sz w:val="18"/>
        </w:rPr>
        <w:t>Jenkins, GitHub Actions, CircleCI, Git, GitLab, CodePipeline</w:t>
      </w:r>
    </w:p>
    <w:p>
      <w:pPr>
        <w:spacing w:after="40"/>
      </w:pPr>
      <w:r>
        <w:rPr>
          <w:b/>
          <w:color w:val="222222"/>
          <w:sz w:val="18"/>
        </w:rPr>
        <w:t xml:space="preserve">CI/CD Security:  </w:t>
      </w:r>
      <w:r>
        <w:rPr>
          <w:b w:val="0"/>
          <w:color w:val="222222"/>
          <w:sz w:val="18"/>
        </w:rPr>
        <w:t>SonarQube, Trivy, Snyk, OWASP ZAP, Dependabot, Checkov</w:t>
      </w:r>
    </w:p>
    <w:p>
      <w:pPr>
        <w:spacing w:after="40"/>
      </w:pPr>
      <w:r>
        <w:rPr>
          <w:b/>
          <w:color w:val="222222"/>
          <w:sz w:val="18"/>
        </w:rPr>
        <w:t xml:space="preserve">Databases:  </w:t>
      </w:r>
      <w:r>
        <w:rPr>
          <w:b w:val="0"/>
          <w:color w:val="222222"/>
          <w:sz w:val="18"/>
        </w:rPr>
        <w:t>MySQL, PostgreSQL, DynamoDB, Redis</w:t>
      </w:r>
    </w:p>
    <w:p>
      <w:pPr>
        <w:spacing w:after="40"/>
      </w:pPr>
      <w:r>
        <w:rPr>
          <w:b/>
          <w:color w:val="222222"/>
          <w:sz w:val="18"/>
        </w:rPr>
        <w:t xml:space="preserve">Languages &amp; Frameworks:  </w:t>
      </w:r>
      <w:r>
        <w:rPr>
          <w:b w:val="0"/>
          <w:color w:val="222222"/>
          <w:sz w:val="18"/>
        </w:rPr>
        <w:t>Bash, Python, Go, React, JavaScript, TypeScript</w:t>
      </w:r>
    </w:p>
    <w:p>
      <w:pPr>
        <w:spacing w:after="40"/>
      </w:pPr>
      <w:r>
        <w:rPr>
          <w:b/>
          <w:color w:val="222222"/>
          <w:sz w:val="18"/>
        </w:rPr>
        <w:t xml:space="preserve">AWS Services:  </w:t>
      </w:r>
      <w:r>
        <w:rPr>
          <w:b w:val="0"/>
          <w:color w:val="222222"/>
          <w:sz w:val="18"/>
        </w:rPr>
        <w:t>EC2, VPC, RDS, EKS, ECS, ECR, S3, IAM, CloudFront, CloudFormation, DMS, WAF, Shield, GuardDuty, Security Hub, KMS</w:t>
      </w:r>
    </w:p>
    <w:p>
      <w:pPr>
        <w:spacing w:after="40"/>
      </w:pPr>
      <w:r>
        <w:rPr>
          <w:b/>
          <w:color w:val="222222"/>
          <w:sz w:val="18"/>
        </w:rPr>
        <w:t xml:space="preserve">Observability:  </w:t>
      </w:r>
      <w:r>
        <w:rPr>
          <w:b w:val="0"/>
          <w:color w:val="222222"/>
          <w:sz w:val="18"/>
        </w:rPr>
        <w:t>CloudWatch, CloudTrail, Grafana, Prometheus, ELK, Graylog</w:t>
      </w:r>
    </w:p>
    <w:p>
      <w:pPr>
        <w:spacing w:after="40"/>
      </w:pPr>
      <w:r>
        <w:rPr>
          <w:b/>
          <w:color w:val="222222"/>
          <w:sz w:val="18"/>
        </w:rPr>
        <w:t xml:space="preserve">A.I.:  </w:t>
      </w:r>
      <w:r>
        <w:rPr>
          <w:b w:val="0"/>
          <w:color w:val="222222"/>
          <w:sz w:val="18"/>
        </w:rPr>
        <w:t>Claude CLI, Gemini CLI, LiteLLM (AI Gateway), Langfuse &amp; LangWatch (LLM Observability)</w:t>
      </w:r>
    </w:p>
    <w:p>
      <w:pPr>
        <w:spacing w:before="140" w:after="60"/>
        <w:pBdr>
          <w:bottom w:val="single" w:sz="4" w:space="1" w:color="2E78C2"/>
        </w:pBdr>
      </w:pPr>
      <w:r>
        <w:rPr>
          <w:b/>
          <w:color w:val="2E78C2"/>
          <w:sz w:val="20"/>
        </w:rPr>
        <w:t>KEY ACHIEVEMENTS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/>
          <w:color w:val="222222"/>
          <w:sz w:val="19"/>
        </w:rPr>
        <w:t xml:space="preserve">Cost Optimization — </w:t>
      </w:r>
      <w:r>
        <w:rPr>
          <w:b w:val="0"/>
          <w:color w:val="222222"/>
          <w:sz w:val="19"/>
        </w:rPr>
        <w:t>Identified and implemented strategies for 10+ AWS account owners, resulting in $110K annual savings.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/>
          <w:color w:val="222222"/>
          <w:sz w:val="19"/>
        </w:rPr>
        <w:t xml:space="preserve">Cloud Vulnerability Remediation — </w:t>
      </w:r>
      <w:r>
        <w:rPr>
          <w:b w:val="0"/>
          <w:color w:val="222222"/>
          <w:sz w:val="19"/>
        </w:rPr>
        <w:t>Streamlined remediation for 20,000+ AWS vulnerabilities via Wiz, reducing high-severity findings by 95% within 6 months.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/>
          <w:color w:val="222222"/>
          <w:sz w:val="19"/>
        </w:rPr>
        <w:t xml:space="preserve">KMS Compliance Migration — </w:t>
      </w:r>
      <w:r>
        <w:rPr>
          <w:b w:val="0"/>
          <w:color w:val="222222"/>
          <w:sz w:val="19"/>
        </w:rPr>
        <w:t>Converted all AWS-managed KMS keys to customer-managed keys; enabled multi-region replication and automatic rotation for regulatory compliance.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/>
          <w:color w:val="222222"/>
          <w:sz w:val="19"/>
        </w:rPr>
        <w:t xml:space="preserve">Account Rationalization — </w:t>
      </w:r>
      <w:r>
        <w:rPr>
          <w:b w:val="0"/>
          <w:color w:val="222222"/>
          <w:sz w:val="19"/>
        </w:rPr>
        <w:t>Consolidated AWS organization from 10+ accounts to 6; eliminated unused environments and significantly reduced operational overhead.</w:t>
      </w:r>
    </w:p>
    <w:p>
      <w:pPr>
        <w:spacing w:before="140" w:after="60"/>
        <w:pBdr>
          <w:bottom w:val="single" w:sz="4" w:space="1" w:color="2E78C2"/>
        </w:pBdr>
      </w:pPr>
      <w:r>
        <w:rPr>
          <w:b/>
          <w:color w:val="2E78C2"/>
          <w:sz w:val="20"/>
        </w:rPr>
        <w:t>CERTIFICATIONS</w:t>
      </w:r>
    </w:p>
    <w:p>
      <w:pPr>
        <w:spacing w:after="60"/>
      </w:pPr>
      <w:r>
        <w:rPr>
          <w:b/>
          <w:color w:val="222222"/>
          <w:sz w:val="19"/>
        </w:rPr>
        <w:t>AWS Certified Solutions Architect - Professional</w:t>
      </w:r>
    </w:p>
    <w:p>
      <w:pPr>
        <w:spacing w:after="60"/>
      </w:pPr>
      <w:r>
        <w:rPr>
          <w:b/>
          <w:color w:val="222222"/>
          <w:sz w:val="19"/>
        </w:rPr>
        <w:t>AWS Certified Solutions Architect - Associate</w:t>
      </w:r>
    </w:p>
    <w:p>
      <w:pPr>
        <w:spacing w:before="140" w:after="60"/>
        <w:pBdr>
          <w:bottom w:val="single" w:sz="4" w:space="1" w:color="2E78C2"/>
        </w:pBdr>
      </w:pPr>
      <w:r>
        <w:rPr>
          <w:b/>
          <w:color w:val="2E78C2"/>
          <w:sz w:val="20"/>
        </w:rPr>
        <w:t>EDUCATION</w:t>
      </w:r>
    </w:p>
    <w:p>
      <w:pPr>
        <w:spacing w:after="0"/>
      </w:pPr>
      <w:r>
        <w:rPr>
          <w:b/>
          <w:color w:val="222222"/>
          <w:sz w:val="19"/>
        </w:rPr>
        <w:t>Full Stack Software Engineering Certification</w:t>
      </w:r>
    </w:p>
    <w:p>
      <w:pPr>
        <w:spacing w:before="20" w:after="0"/>
      </w:pPr>
      <w:r>
        <w:rPr>
          <w:b w:val="0"/>
          <w:color w:val="555555"/>
          <w:sz w:val="18"/>
        </w:rPr>
        <w:t>Prime Digital Academy, 2021</w:t>
      </w:r>
    </w:p>
    <w:p>
      <w:r>
        <w:br w:type="page"/>
      </w:r>
    </w:p>
    <w:p>
      <w:pPr>
        <w:spacing w:before="140" w:after="60"/>
        <w:pBdr>
          <w:bottom w:val="single" w:sz="4" w:space="1" w:color="2E78C2"/>
        </w:pBdr>
      </w:pPr>
      <w:r>
        <w:rPr>
          <w:b/>
          <w:color w:val="2E78C2"/>
          <w:sz w:val="20"/>
        </w:rPr>
        <w:t>EXPERIENCE</w:t>
      </w:r>
    </w:p>
    <w:p>
      <w:pPr>
        <w:spacing w:before="160" w:after="0"/>
        <w:tabs>
          <w:tab w:val="right" w:pos="10780"/>
        </w:tabs>
      </w:pPr>
      <w:r>
        <w:rPr>
          <w:b/>
          <w:color w:val="222222"/>
          <w:sz w:val="22"/>
        </w:rPr>
        <w:t>Senior DevOps Engineer</w:t>
      </w:r>
      <w:r>
        <w:rPr>
          <w:b w:val="0"/>
          <w:color w:val="555555"/>
          <w:sz w:val="19"/>
        </w:rPr>
        <w:tab/>
        <w:t>Nov 2023 - Sept 2025</w:t>
      </w:r>
    </w:p>
    <w:p>
      <w:pPr>
        <w:spacing w:after="80"/>
      </w:pPr>
      <w:r>
        <w:rPr>
          <w:b w:val="0"/>
          <w:color w:val="2E78C2"/>
          <w:sz w:val="18"/>
        </w:rPr>
        <w:t>LogiCloud Technologies LLC - Remote Infrastructure Consultant, Las Vegas, NV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Built a Python MCP server exposing 17 Jenkins administration tools (jobs, builds, plugins, system) to AI agents using FastMCP, backed by a 21-test suite and containerized with private-CA trust pulled from AWS SSM Parameter Store; scripted AWS infrastructure provisioning and automation in Python with boto3.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Provisioned EKS clusters using Terraform, including VPC (multi-AZ), Graviton3 managed node groups, OIDC provider, IRSA IAM roles, ECR with immutable tags and scan-on-push, Route53 hosted zones, and ACM certificate automation.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Implemented a full GitOps delivery pipeline using ArgoCD (app-of-apps pattern, auto-sync with prune and selfHeal), eliminating all manual kubectl deployments and enabling instant cluster reconciliation on every Git push.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Built Jenkins CI/CD pipelines using a shared library (buildKaniko, imageScanTrivy, updateGitOpsManifest, deployProduction) that performs in-cluster container builds via Kaniko, Trivy security scanning, and automated GitOps manifest updates.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Deployed and operated a full Prometheus + Grafana + AlertManager monitoring stack via Helm, with 50 GB Longhorn-backed persistent storage for time-series data and HAProxy ingress for dashboard access.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Implemented dynamic Kubernetes Job creation using parameterized Job templates in a Go backend service, enabling on-demand scraping workloads with configurable resource limits (250m/1 CPU, 128Mi/512Mi) and TTL-based cleanup.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Deployed and operated Ollama LLM inference on Kubernetes with Longhorn-backed 20 GB model storage, enabling self-hosted AI inference in a homelab environment without cloud GPU costs.</w:t>
      </w:r>
    </w:p>
    <w:p>
      <w:pPr>
        <w:spacing w:before="160" w:after="0"/>
        <w:tabs>
          <w:tab w:val="right" w:pos="10780"/>
        </w:tabs>
      </w:pPr>
      <w:r>
        <w:rPr>
          <w:b/>
          <w:color w:val="222222"/>
          <w:sz w:val="22"/>
        </w:rPr>
        <w:t>Cloud Engineer</w:t>
      </w:r>
      <w:r>
        <w:rPr>
          <w:b w:val="0"/>
          <w:color w:val="555555"/>
          <w:sz w:val="19"/>
        </w:rPr>
        <w:tab/>
        <w:t>Aug 2021 - Nov 2023</w:t>
      </w:r>
    </w:p>
    <w:p>
      <w:pPr>
        <w:spacing w:after="80"/>
      </w:pPr>
      <w:r>
        <w:rPr>
          <w:b w:val="0"/>
          <w:color w:val="2E78C2"/>
          <w:sz w:val="18"/>
        </w:rPr>
        <w:t>LogiCloud Technologies LLC - Remote Infrastructure Consultant, Las Vegas, NV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Operated a production banking platform of 70+ ECS microservices and 40+ Lambdas orchestrated by Step Functions; ran services primarily on Fargate while migrating remaining legacy EC2-hosted workloads into ECS.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Enabled GuardDuty, Security Hub, and Inspector across all organization member accounts; tuned suppression rules and routed high-severity findings to PagerDuty via SNS.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Wrote modular Terraform across dev, staging, and production; provisioning time dropped 35% and environment drift became a non-issue.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Authored 14 Helm charts and structured a GitOps repository managing 60+ ExternalSecrets, 16 NetworkPolicies, dual NATS JetStream clusters, multiple PostgreSQL StatefulSets, and 32 CronJobs.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Architected event-driven microservice pipelines using dual NATS JetStream clusters (3-node StatefulSets) to decouple job ingestion, scraping, event normalization, and scoring services across two independent products.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Deployed Longhorn v1.11 distributed block storage across 3 nodes, managing 15+ PersistentVolumes (RWO and RWX) including a shared RWX NFS volume for Kaniko build workspace coordination.</w:t>
      </w:r>
    </w:p>
    <w:p>
      <w:pPr>
        <w:spacing w:before="0" w:after="60"/>
      </w:pPr>
      <w:r>
        <w:rPr>
          <w:b w:val="0"/>
          <w:color w:val="2E78C2"/>
          <w:sz w:val="19"/>
        </w:rPr>
        <w:t xml:space="preserve">•  </w:t>
      </w:r>
      <w:r>
        <w:rPr>
          <w:b w:val="0"/>
          <w:color w:val="222222"/>
          <w:sz w:val="19"/>
        </w:rPr>
        <w:t>Maintained multi-region DR architecture (us-west-2 primary / us-east-2) for SOC-2-compliant banking platform; authored runbooks and conducted annual DR exercises.</w:t>
      </w:r>
    </w:p>
    <w:sectPr w:rsidR="00FC693F" w:rsidRPr="0006063C" w:rsidSect="00034616">
      <w:pgSz w:w="12240" w:h="15840"/>
      <w:pgMar w:top="720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Kelley</dc:creator>
  <cp:keywords/>
  <dc:description>Generated w/ ☕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